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D154F" w14:textId="77777777" w:rsidR="00206B29" w:rsidRDefault="00324CED">
      <w:pPr>
        <w:spacing w:after="200"/>
        <w:jc w:val="center"/>
      </w:pPr>
      <w:r>
        <w:rPr>
          <w:noProof/>
        </w:rPr>
        <w:drawing>
          <wp:inline distT="0" distB="0" distL="0" distR="0" wp14:anchorId="74E9D7E1" wp14:editId="4A0BBDBC">
            <wp:extent cx="6120000" cy="23455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 NOT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345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766F8" w14:textId="77777777" w:rsidR="00206B29" w:rsidRDefault="00324CED">
      <w:pPr>
        <w:spacing w:after="0"/>
        <w:jc w:val="center"/>
      </w:pPr>
      <w:r>
        <w:rPr>
          <w:b/>
        </w:rPr>
        <w:t>MODULO DI MANIFESTAZIONE DI INTERESSE ALLA PARTECIPAZIONE AL</w:t>
      </w:r>
    </w:p>
    <w:p w14:paraId="092607E5" w14:textId="77777777" w:rsidR="00206B29" w:rsidRDefault="00324CED">
      <w:pPr>
        <w:spacing w:after="280"/>
        <w:jc w:val="center"/>
      </w:pPr>
      <w:r>
        <w:rPr>
          <w:b/>
        </w:rPr>
        <w:t>VIAGGIO DELLA MEMORIA CEFALÙ – AUSCHWITZ 2027</w:t>
      </w:r>
    </w:p>
    <w:p w14:paraId="1309A0D4" w14:textId="77777777" w:rsidR="00206B29" w:rsidRDefault="00324CED">
      <w:pPr>
        <w:spacing w:after="200"/>
      </w:pPr>
      <w:r>
        <w:t xml:space="preserve">Il/La sottoscritto/a ____________________________________________ nato/a a ______________________________ il </w:t>
      </w:r>
      <w:r>
        <w:t>____________________, codice fiscale _________________________________, residente a Cefalù in via/piazza _____________________________________ n. ______,</w:t>
      </w:r>
    </w:p>
    <w:p w14:paraId="736BA72D" w14:textId="77777777" w:rsidR="00206B29" w:rsidRDefault="00324CED">
      <w:r>
        <w:t>consapevole delle sanzioni penali previste dall’art. 76 del D.P.R. 28 dicembre 2000, n. 445 in caso di</w:t>
      </w:r>
      <w:r>
        <w:t xml:space="preserve"> dichiarazioni mendaci,</w:t>
      </w:r>
    </w:p>
    <w:p w14:paraId="03F9521A" w14:textId="77777777" w:rsidR="00206B29" w:rsidRDefault="00324CED">
      <w:pPr>
        <w:spacing w:before="120"/>
        <w:jc w:val="center"/>
      </w:pPr>
      <w:r>
        <w:rPr>
          <w:b/>
        </w:rPr>
        <w:t>DICHIARA</w:t>
      </w:r>
    </w:p>
    <w:p w14:paraId="0ECF6087" w14:textId="77777777" w:rsidR="00206B29" w:rsidRDefault="00324CED">
      <w:pPr>
        <w:spacing w:after="60"/>
        <w:ind w:left="454" w:hanging="283"/>
      </w:pPr>
      <w:r>
        <w:t>–</w:t>
      </w:r>
      <w:r>
        <w:tab/>
        <w:t>di essere residente nel Comune di Cefalù;</w:t>
      </w:r>
    </w:p>
    <w:p w14:paraId="44B6CD8B" w14:textId="77777777" w:rsidR="00206B29" w:rsidRDefault="00324CED">
      <w:pPr>
        <w:spacing w:after="60"/>
        <w:ind w:left="454" w:hanging="283"/>
      </w:pPr>
      <w:r>
        <w:t>–</w:t>
      </w:r>
      <w:r>
        <w:tab/>
        <w:t>di avere un’età compresa tra i 18 e i 25 anni compiuti alla data del 15 gennaio 2027;</w:t>
      </w:r>
    </w:p>
    <w:p w14:paraId="33F837AC" w14:textId="77777777" w:rsidR="00206B29" w:rsidRDefault="00324CED">
      <w:pPr>
        <w:spacing w:after="60"/>
        <w:ind w:left="454" w:hanging="283"/>
      </w:pPr>
      <w:r>
        <w:t>–</w:t>
      </w:r>
      <w:r>
        <w:tab/>
        <w:t>di non aver preso parte a una precedente edizione del “Viaggio della Memoria” organizzata</w:t>
      </w:r>
      <w:r>
        <w:t xml:space="preserve"> dal Comune di Cefalù;</w:t>
      </w:r>
    </w:p>
    <w:p w14:paraId="547C83B8" w14:textId="77777777" w:rsidR="00206B29" w:rsidRDefault="00324CED">
      <w:pPr>
        <w:spacing w:after="60"/>
        <w:ind w:left="454" w:hanging="283"/>
      </w:pPr>
      <w:r>
        <w:t>–</w:t>
      </w:r>
      <w:r>
        <w:tab/>
        <w:t>di aver letto integralmente e di accettare i contenuti dell’Avviso pubblico “Manifestazione di interesse alla partecipazione al Viaggio della Memoria Cefalù – Auschwitz 2027”;</w:t>
      </w:r>
    </w:p>
    <w:p w14:paraId="47D61990" w14:textId="77777777" w:rsidR="00206B29" w:rsidRDefault="00324CED">
      <w:pPr>
        <w:spacing w:after="60"/>
        <w:ind w:left="454" w:hanging="283"/>
      </w:pPr>
      <w:r>
        <w:t>–</w:t>
      </w:r>
      <w:r>
        <w:tab/>
        <w:t>di aver preso visione dell’informativa sul trattament</w:t>
      </w:r>
      <w:r>
        <w:t>o dei dati personali contenuta nell’Avviso.</w:t>
      </w:r>
    </w:p>
    <w:p w14:paraId="7B9F7C7B" w14:textId="77777777" w:rsidR="00206B29" w:rsidRDefault="00324CED">
      <w:pPr>
        <w:spacing w:before="120"/>
        <w:jc w:val="center"/>
      </w:pPr>
      <w:r>
        <w:rPr>
          <w:b/>
        </w:rPr>
        <w:t>MANIFESTA</w:t>
      </w:r>
    </w:p>
    <w:p w14:paraId="30776C5A" w14:textId="77777777" w:rsidR="00206B29" w:rsidRDefault="00324CED">
      <w:r>
        <w:t>l’interesse alla partecipazione al Viaggio della Memoria Cefalù – Auschwitz (15-17 gennaio 2027).</w:t>
      </w:r>
    </w:p>
    <w:p w14:paraId="7084814C" w14:textId="77777777" w:rsidR="00206B29" w:rsidRDefault="00324CED">
      <w:pPr>
        <w:spacing w:before="120"/>
      </w:pPr>
      <w:r>
        <w:t>Contatto telefonico ______________________________</w:t>
      </w:r>
    </w:p>
    <w:p w14:paraId="26614130" w14:textId="77777777" w:rsidR="00206B29" w:rsidRDefault="00324CED">
      <w:r>
        <w:t>Indirizzo e-mail _________________________________</w:t>
      </w:r>
    </w:p>
    <w:p w14:paraId="7C0E9C96" w14:textId="77777777" w:rsidR="00206B29" w:rsidRDefault="00324CED">
      <w:pPr>
        <w:spacing w:before="120"/>
      </w:pPr>
      <w:r>
        <w:t>Al</w:t>
      </w:r>
      <w:r>
        <w:t>lega copia di un documento di identità in corso di validità.</w:t>
      </w:r>
    </w:p>
    <w:p w14:paraId="579A11A3" w14:textId="77777777" w:rsidR="00206B29" w:rsidRDefault="00324CED">
      <w:pPr>
        <w:spacing w:before="240"/>
        <w:jc w:val="left"/>
      </w:pPr>
      <w:r>
        <w:t>Cefalù, ____________________</w:t>
      </w:r>
    </w:p>
    <w:p w14:paraId="4CA390D3" w14:textId="77777777" w:rsidR="00206B29" w:rsidRDefault="00324CED">
      <w:pPr>
        <w:spacing w:before="200" w:after="0"/>
        <w:ind w:left="4819"/>
        <w:jc w:val="center"/>
      </w:pPr>
      <w:r>
        <w:t>Firma</w:t>
      </w:r>
    </w:p>
    <w:p w14:paraId="39F7DD19" w14:textId="77777777" w:rsidR="00206B29" w:rsidRDefault="00324CED">
      <w:pPr>
        <w:spacing w:before="240" w:after="0"/>
        <w:ind w:left="4819"/>
        <w:jc w:val="center"/>
      </w:pPr>
      <w:r>
        <w:t>________________________________</w:t>
      </w:r>
    </w:p>
    <w:sectPr w:rsidR="00206B29" w:rsidSect="00034616">
      <w:pgSz w:w="12240" w:h="15840"/>
      <w:pgMar w:top="680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6B29"/>
    <w:rsid w:val="0029639D"/>
    <w:rsid w:val="00324CE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D10A09"/>
  <w14:defaultImageDpi w14:val="300"/>
  <w15:docId w15:val="{8FA30A6C-0320-4695-A531-F5771D1EE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Ced Comune</cp:lastModifiedBy>
  <cp:revision>2</cp:revision>
  <dcterms:created xsi:type="dcterms:W3CDTF">2026-10-28T11:31:00Z</dcterms:created>
  <dcterms:modified xsi:type="dcterms:W3CDTF">2026-10-28T11:31:00Z</dcterms:modified>
  <cp:category/>
</cp:coreProperties>
</file>